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DD4889" w14:textId="77777777" w:rsidR="00B165A1" w:rsidRDefault="00CD1582">
      <w:r>
        <w:rPr>
          <w:noProof/>
        </w:rPr>
        <w:drawing>
          <wp:inline distT="0" distB="0" distL="0" distR="0" wp14:anchorId="19C42601" wp14:editId="2D686F02">
            <wp:extent cx="5486400" cy="775742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.png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49751" w14:textId="77777777" w:rsidR="00B165A1" w:rsidRDefault="00CD1582">
      <w:r>
        <w:rPr>
          <w:noProof/>
        </w:rPr>
        <w:lastRenderedPageBreak/>
        <w:drawing>
          <wp:inline distT="0" distB="0" distL="0" distR="0" wp14:anchorId="3DE6C037" wp14:editId="294BACB2">
            <wp:extent cx="5486400" cy="775742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.pn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DFFAC" w14:textId="77777777" w:rsidR="00B165A1" w:rsidRDefault="00CD1582">
      <w:r>
        <w:rPr>
          <w:noProof/>
        </w:rPr>
        <w:lastRenderedPageBreak/>
        <w:drawing>
          <wp:inline distT="0" distB="0" distL="0" distR="0" wp14:anchorId="48A54B0A" wp14:editId="3FBBF8FC">
            <wp:extent cx="5486400" cy="7757429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.pn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6766D" w14:textId="77777777" w:rsidR="00B165A1" w:rsidRDefault="00CD1582">
      <w:r>
        <w:rPr>
          <w:noProof/>
        </w:rPr>
        <w:lastRenderedPageBreak/>
        <w:drawing>
          <wp:inline distT="0" distB="0" distL="0" distR="0" wp14:anchorId="17E8C92D" wp14:editId="31DB28E0">
            <wp:extent cx="5486400" cy="775742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.png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A00B3" w14:textId="77777777" w:rsidR="00B165A1" w:rsidRDefault="00CD1582">
      <w:r>
        <w:rPr>
          <w:noProof/>
        </w:rPr>
        <w:lastRenderedPageBreak/>
        <w:drawing>
          <wp:inline distT="0" distB="0" distL="0" distR="0" wp14:anchorId="6CDFB1D0" wp14:editId="5C0E763F">
            <wp:extent cx="5486400" cy="775742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.png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9A958" w14:textId="77777777" w:rsidR="00B165A1" w:rsidRDefault="00CD1582">
      <w:r>
        <w:rPr>
          <w:noProof/>
        </w:rPr>
        <w:lastRenderedPageBreak/>
        <w:drawing>
          <wp:inline distT="0" distB="0" distL="0" distR="0" wp14:anchorId="3842F066" wp14:editId="0927EF28">
            <wp:extent cx="5486400" cy="775742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.png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27866" w14:textId="77777777" w:rsidR="00B165A1" w:rsidRDefault="00CD1582">
      <w:r>
        <w:rPr>
          <w:noProof/>
        </w:rPr>
        <w:lastRenderedPageBreak/>
        <w:drawing>
          <wp:inline distT="0" distB="0" distL="0" distR="0" wp14:anchorId="462CAFA7" wp14:editId="5636A36A">
            <wp:extent cx="5486400" cy="775742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.png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1BC52" w14:textId="77777777" w:rsidR="00B165A1" w:rsidRDefault="00CD1582">
      <w:r>
        <w:rPr>
          <w:noProof/>
        </w:rPr>
        <w:lastRenderedPageBreak/>
        <w:drawing>
          <wp:inline distT="0" distB="0" distL="0" distR="0" wp14:anchorId="3DC45B66" wp14:editId="4CE3B229">
            <wp:extent cx="5486400" cy="7757429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7.png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25267" w14:textId="77777777" w:rsidR="00B165A1" w:rsidRDefault="00CD1582">
      <w:r>
        <w:rPr>
          <w:noProof/>
        </w:rPr>
        <w:lastRenderedPageBreak/>
        <w:drawing>
          <wp:inline distT="0" distB="0" distL="0" distR="0" wp14:anchorId="7E0FE160" wp14:editId="19A793F4">
            <wp:extent cx="5486400" cy="775742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8.png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03798" w14:textId="77777777" w:rsidR="00B165A1" w:rsidRDefault="00CD1582">
      <w:r>
        <w:rPr>
          <w:noProof/>
        </w:rPr>
        <w:lastRenderedPageBreak/>
        <w:drawing>
          <wp:inline distT="0" distB="0" distL="0" distR="0" wp14:anchorId="170A33DC" wp14:editId="459C564D">
            <wp:extent cx="5486400" cy="775742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9.png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1BDED" w14:textId="77777777" w:rsidR="00B165A1" w:rsidRDefault="00CD1582">
      <w:r>
        <w:rPr>
          <w:noProof/>
        </w:rPr>
        <w:lastRenderedPageBreak/>
        <w:drawing>
          <wp:inline distT="0" distB="0" distL="0" distR="0" wp14:anchorId="70CF016B" wp14:editId="609B6C73">
            <wp:extent cx="5486400" cy="775742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0.png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002AA" w14:textId="77777777" w:rsidR="00B165A1" w:rsidRDefault="00CD1582">
      <w:r>
        <w:rPr>
          <w:noProof/>
        </w:rPr>
        <w:lastRenderedPageBreak/>
        <w:drawing>
          <wp:inline distT="0" distB="0" distL="0" distR="0" wp14:anchorId="67484EE4" wp14:editId="0E11EC1A">
            <wp:extent cx="5486400" cy="775742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1.png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31E3C" w14:textId="77777777" w:rsidR="00B165A1" w:rsidRDefault="00CD1582">
      <w:r>
        <w:rPr>
          <w:noProof/>
        </w:rPr>
        <w:lastRenderedPageBreak/>
        <w:drawing>
          <wp:inline distT="0" distB="0" distL="0" distR="0" wp14:anchorId="24E598FD" wp14:editId="00EC8E0B">
            <wp:extent cx="5486400" cy="775742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2.png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B9B9F" w14:textId="77777777" w:rsidR="00B165A1" w:rsidRDefault="00CD1582">
      <w:r>
        <w:rPr>
          <w:noProof/>
        </w:rPr>
        <w:lastRenderedPageBreak/>
        <w:drawing>
          <wp:inline distT="0" distB="0" distL="0" distR="0" wp14:anchorId="63C44C0E" wp14:editId="51F6B78D">
            <wp:extent cx="5486400" cy="775742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3.png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DE29A" w14:textId="77777777" w:rsidR="00B165A1" w:rsidRDefault="00CD1582">
      <w:r>
        <w:rPr>
          <w:noProof/>
        </w:rPr>
        <w:lastRenderedPageBreak/>
        <w:drawing>
          <wp:inline distT="0" distB="0" distL="0" distR="0" wp14:anchorId="1E32FB59" wp14:editId="78222BC9">
            <wp:extent cx="5486400" cy="775742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4.png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B157E" w14:textId="77777777" w:rsidR="00B165A1" w:rsidRDefault="00CD1582">
      <w:r>
        <w:rPr>
          <w:noProof/>
        </w:rPr>
        <w:lastRenderedPageBreak/>
        <w:drawing>
          <wp:inline distT="0" distB="0" distL="0" distR="0" wp14:anchorId="714CD7D9" wp14:editId="0C00073B">
            <wp:extent cx="5486400" cy="775742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5.pn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48406" w14:textId="77777777" w:rsidR="00B165A1" w:rsidRDefault="00CD1582">
      <w:r>
        <w:rPr>
          <w:noProof/>
        </w:rPr>
        <w:lastRenderedPageBreak/>
        <w:drawing>
          <wp:inline distT="0" distB="0" distL="0" distR="0" wp14:anchorId="54A1D3CF" wp14:editId="189E4D16">
            <wp:extent cx="5486400" cy="775742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6.png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9C0C2" w14:textId="77777777" w:rsidR="00B165A1" w:rsidRDefault="00CD1582">
      <w:r>
        <w:rPr>
          <w:noProof/>
        </w:rPr>
        <w:lastRenderedPageBreak/>
        <w:drawing>
          <wp:inline distT="0" distB="0" distL="0" distR="0" wp14:anchorId="58A87FE1" wp14:editId="284FCDFE">
            <wp:extent cx="5486400" cy="7757429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7.png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49F93" w14:textId="77777777" w:rsidR="00B165A1" w:rsidRDefault="00CD1582">
      <w:r>
        <w:rPr>
          <w:noProof/>
        </w:rPr>
        <w:lastRenderedPageBreak/>
        <w:drawing>
          <wp:inline distT="0" distB="0" distL="0" distR="0" wp14:anchorId="26F8CB12" wp14:editId="4FD137A0">
            <wp:extent cx="5486400" cy="775742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8.png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AC716" w14:textId="77777777" w:rsidR="00B165A1" w:rsidRDefault="00CD1582">
      <w:r>
        <w:rPr>
          <w:noProof/>
        </w:rPr>
        <w:lastRenderedPageBreak/>
        <w:drawing>
          <wp:inline distT="0" distB="0" distL="0" distR="0" wp14:anchorId="76DFE686" wp14:editId="4D479FFB">
            <wp:extent cx="5486400" cy="775742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9.png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4540F" w14:textId="77777777" w:rsidR="00B165A1" w:rsidRDefault="00CD1582">
      <w:r>
        <w:rPr>
          <w:noProof/>
        </w:rPr>
        <w:lastRenderedPageBreak/>
        <w:drawing>
          <wp:inline distT="0" distB="0" distL="0" distR="0" wp14:anchorId="1C0C668B" wp14:editId="348E2C56">
            <wp:extent cx="5486400" cy="775742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0.png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99EB7" w14:textId="77777777" w:rsidR="00B165A1" w:rsidRDefault="00CD1582">
      <w:r>
        <w:rPr>
          <w:noProof/>
        </w:rPr>
        <w:lastRenderedPageBreak/>
        <w:drawing>
          <wp:inline distT="0" distB="0" distL="0" distR="0" wp14:anchorId="3931CF16" wp14:editId="3093E392">
            <wp:extent cx="5486400" cy="775742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1.pn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A8F1A" w14:textId="77777777" w:rsidR="00B165A1" w:rsidRDefault="00CD1582">
      <w:r>
        <w:rPr>
          <w:noProof/>
        </w:rPr>
        <w:lastRenderedPageBreak/>
        <w:drawing>
          <wp:inline distT="0" distB="0" distL="0" distR="0" wp14:anchorId="70A840E4" wp14:editId="2AB9AFA4">
            <wp:extent cx="5486400" cy="7757429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2.png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089E6" w14:textId="77777777" w:rsidR="00B165A1" w:rsidRDefault="00CD1582">
      <w:r>
        <w:rPr>
          <w:noProof/>
        </w:rPr>
        <w:lastRenderedPageBreak/>
        <w:drawing>
          <wp:inline distT="0" distB="0" distL="0" distR="0" wp14:anchorId="63802B2C" wp14:editId="2C1E8AA5">
            <wp:extent cx="5486400" cy="7757429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3.png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711E6" w14:textId="77777777" w:rsidR="00B165A1" w:rsidRDefault="00CD1582">
      <w:r>
        <w:rPr>
          <w:noProof/>
        </w:rPr>
        <w:lastRenderedPageBreak/>
        <w:drawing>
          <wp:inline distT="0" distB="0" distL="0" distR="0" wp14:anchorId="290CEFB3" wp14:editId="000A745C">
            <wp:extent cx="5486400" cy="7757429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4.png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67A20" w14:textId="77777777" w:rsidR="00B165A1" w:rsidRDefault="00CD1582">
      <w:r>
        <w:rPr>
          <w:noProof/>
        </w:rPr>
        <w:lastRenderedPageBreak/>
        <w:drawing>
          <wp:inline distT="0" distB="0" distL="0" distR="0" wp14:anchorId="715BE01E" wp14:editId="5C4FE4D4">
            <wp:extent cx="5486400" cy="7757429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5.png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7E1BD" w14:textId="77777777" w:rsidR="00B165A1" w:rsidRDefault="00CD1582">
      <w:r>
        <w:rPr>
          <w:noProof/>
        </w:rPr>
        <w:lastRenderedPageBreak/>
        <w:drawing>
          <wp:inline distT="0" distB="0" distL="0" distR="0" wp14:anchorId="7A4AEDEB" wp14:editId="3D25558D">
            <wp:extent cx="5486400" cy="775742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6.png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BC768" w14:textId="77777777" w:rsidR="00B165A1" w:rsidRDefault="00CD1582">
      <w:r>
        <w:rPr>
          <w:noProof/>
        </w:rPr>
        <w:lastRenderedPageBreak/>
        <w:drawing>
          <wp:inline distT="0" distB="0" distL="0" distR="0" wp14:anchorId="4D6CDFD6" wp14:editId="0C373628">
            <wp:extent cx="5486400" cy="775742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7.png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DC004" w14:textId="77777777" w:rsidR="00B165A1" w:rsidRDefault="00CD1582">
      <w:r>
        <w:rPr>
          <w:noProof/>
        </w:rPr>
        <w:lastRenderedPageBreak/>
        <w:drawing>
          <wp:inline distT="0" distB="0" distL="0" distR="0" wp14:anchorId="33F59EF6" wp14:editId="1486A366">
            <wp:extent cx="5486400" cy="7757429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8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C2E1E" w14:textId="77777777" w:rsidR="00B165A1" w:rsidRDefault="00CD1582">
      <w:r>
        <w:rPr>
          <w:noProof/>
        </w:rPr>
        <w:lastRenderedPageBreak/>
        <w:drawing>
          <wp:inline distT="0" distB="0" distL="0" distR="0" wp14:anchorId="60FE29BA" wp14:editId="5BF30153">
            <wp:extent cx="5486400" cy="7757429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9.png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23ED7" w14:textId="77777777" w:rsidR="00B165A1" w:rsidRDefault="00CD1582">
      <w:r>
        <w:rPr>
          <w:noProof/>
        </w:rPr>
        <w:lastRenderedPageBreak/>
        <w:drawing>
          <wp:inline distT="0" distB="0" distL="0" distR="0" wp14:anchorId="682268F3" wp14:editId="15543E9E">
            <wp:extent cx="5486400" cy="775742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0.png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1A760" w14:textId="77777777" w:rsidR="00B165A1" w:rsidRDefault="00CD1582">
      <w:r>
        <w:rPr>
          <w:noProof/>
        </w:rPr>
        <w:lastRenderedPageBreak/>
        <w:drawing>
          <wp:inline distT="0" distB="0" distL="0" distR="0" wp14:anchorId="1366ACB0" wp14:editId="62092EC6">
            <wp:extent cx="5486400" cy="7757429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1.png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F1606" w14:textId="77777777" w:rsidR="00B165A1" w:rsidRDefault="00CD1582">
      <w:r>
        <w:rPr>
          <w:noProof/>
        </w:rPr>
        <w:lastRenderedPageBreak/>
        <w:drawing>
          <wp:inline distT="0" distB="0" distL="0" distR="0" wp14:anchorId="2146AC5B" wp14:editId="75CA0405">
            <wp:extent cx="5486400" cy="7757429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2.png"/>
                    <pic:cNvPicPr/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C994D" w14:textId="77777777" w:rsidR="00B165A1" w:rsidRDefault="00CD1582">
      <w:r>
        <w:rPr>
          <w:noProof/>
        </w:rPr>
        <w:lastRenderedPageBreak/>
        <w:drawing>
          <wp:inline distT="0" distB="0" distL="0" distR="0" wp14:anchorId="7F93508E" wp14:editId="5026A663">
            <wp:extent cx="5486400" cy="7757429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3.png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216DD" w14:textId="77777777" w:rsidR="00B165A1" w:rsidRDefault="00CD1582">
      <w:r>
        <w:rPr>
          <w:noProof/>
        </w:rPr>
        <w:lastRenderedPageBreak/>
        <w:drawing>
          <wp:inline distT="0" distB="0" distL="0" distR="0" wp14:anchorId="2BA31DF5" wp14:editId="21C65138">
            <wp:extent cx="5486400" cy="7757429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4.png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3C160" w14:textId="77777777" w:rsidR="00B165A1" w:rsidRDefault="00CD1582">
      <w:r>
        <w:rPr>
          <w:noProof/>
        </w:rPr>
        <w:lastRenderedPageBreak/>
        <w:drawing>
          <wp:inline distT="0" distB="0" distL="0" distR="0" wp14:anchorId="26A80C12" wp14:editId="760465E7">
            <wp:extent cx="5486400" cy="7757429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5.png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E5657" w14:textId="77777777" w:rsidR="00B165A1" w:rsidRDefault="00CD1582">
      <w:r>
        <w:rPr>
          <w:noProof/>
        </w:rPr>
        <w:lastRenderedPageBreak/>
        <w:drawing>
          <wp:inline distT="0" distB="0" distL="0" distR="0" wp14:anchorId="19712FCA" wp14:editId="3236A929">
            <wp:extent cx="5486400" cy="7757429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6.png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338FA" w14:textId="77777777" w:rsidR="00B165A1" w:rsidRDefault="00CD1582">
      <w:r>
        <w:rPr>
          <w:noProof/>
        </w:rPr>
        <w:lastRenderedPageBreak/>
        <w:drawing>
          <wp:inline distT="0" distB="0" distL="0" distR="0" wp14:anchorId="76AED722" wp14:editId="595F25B6">
            <wp:extent cx="5486400" cy="7757429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7.png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D7B8E" w14:textId="77777777" w:rsidR="00B165A1" w:rsidRDefault="00CD1582">
      <w:r>
        <w:rPr>
          <w:noProof/>
        </w:rPr>
        <w:lastRenderedPageBreak/>
        <w:drawing>
          <wp:inline distT="0" distB="0" distL="0" distR="0" wp14:anchorId="4A52A245" wp14:editId="0307B2B3">
            <wp:extent cx="5486400" cy="7757429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8.png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9BAEB" w14:textId="77777777" w:rsidR="00B165A1" w:rsidRDefault="00CD1582">
      <w:r>
        <w:rPr>
          <w:noProof/>
        </w:rPr>
        <w:lastRenderedPageBreak/>
        <w:drawing>
          <wp:inline distT="0" distB="0" distL="0" distR="0" wp14:anchorId="1F98C80C" wp14:editId="5B05A7EA">
            <wp:extent cx="5486400" cy="7757429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9.png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4BC62" w14:textId="77777777" w:rsidR="00B165A1" w:rsidRDefault="00CD1582">
      <w:r>
        <w:rPr>
          <w:noProof/>
        </w:rPr>
        <w:lastRenderedPageBreak/>
        <w:drawing>
          <wp:inline distT="0" distB="0" distL="0" distR="0" wp14:anchorId="6D5D3B12" wp14:editId="25A58C57">
            <wp:extent cx="5486400" cy="7757429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0.png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F4E9" w14:textId="77777777" w:rsidR="00B165A1" w:rsidRDefault="00CD1582">
      <w:r>
        <w:rPr>
          <w:noProof/>
        </w:rPr>
        <w:lastRenderedPageBreak/>
        <w:drawing>
          <wp:inline distT="0" distB="0" distL="0" distR="0" wp14:anchorId="7842936D" wp14:editId="30256522">
            <wp:extent cx="5486400" cy="7757429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1.png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F6B67" w14:textId="77777777" w:rsidR="00B165A1" w:rsidRDefault="00CD1582">
      <w:r>
        <w:rPr>
          <w:noProof/>
        </w:rPr>
        <w:lastRenderedPageBreak/>
        <w:drawing>
          <wp:inline distT="0" distB="0" distL="0" distR="0" wp14:anchorId="0CAB93EA" wp14:editId="328B96D0">
            <wp:extent cx="5486400" cy="7757429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2.png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849AE" w14:textId="77777777" w:rsidR="00B165A1" w:rsidRDefault="00CD1582">
      <w:r>
        <w:rPr>
          <w:noProof/>
        </w:rPr>
        <w:lastRenderedPageBreak/>
        <w:drawing>
          <wp:inline distT="0" distB="0" distL="0" distR="0" wp14:anchorId="5D8728F3" wp14:editId="6B9E4A0C">
            <wp:extent cx="5486400" cy="7757429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3.png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F440C" w14:textId="77777777" w:rsidR="00B165A1" w:rsidRDefault="00CD1582">
      <w:r>
        <w:rPr>
          <w:noProof/>
        </w:rPr>
        <w:lastRenderedPageBreak/>
        <w:drawing>
          <wp:inline distT="0" distB="0" distL="0" distR="0" wp14:anchorId="5F951FF4" wp14:editId="38713F83">
            <wp:extent cx="5486400" cy="7757429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4.png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23DCE" w14:textId="77777777" w:rsidR="00B165A1" w:rsidRDefault="00CD1582">
      <w:r>
        <w:rPr>
          <w:noProof/>
        </w:rPr>
        <w:lastRenderedPageBreak/>
        <w:drawing>
          <wp:inline distT="0" distB="0" distL="0" distR="0" wp14:anchorId="165CBE25" wp14:editId="09526173">
            <wp:extent cx="5486400" cy="7757429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5.png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9B937" w14:textId="77777777" w:rsidR="00B165A1" w:rsidRDefault="00CD1582">
      <w:r>
        <w:rPr>
          <w:noProof/>
        </w:rPr>
        <w:lastRenderedPageBreak/>
        <w:drawing>
          <wp:inline distT="0" distB="0" distL="0" distR="0" wp14:anchorId="6EE7FF5E" wp14:editId="44CD0C01">
            <wp:extent cx="5486400" cy="7757429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6.png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3415C" w14:textId="77777777" w:rsidR="00B165A1" w:rsidRDefault="00CD1582">
      <w:r>
        <w:rPr>
          <w:noProof/>
        </w:rPr>
        <w:lastRenderedPageBreak/>
        <w:drawing>
          <wp:inline distT="0" distB="0" distL="0" distR="0" wp14:anchorId="152C889E" wp14:editId="2B7BBB4C">
            <wp:extent cx="5486400" cy="7757429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7.png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F2541" w14:textId="77777777" w:rsidR="00B165A1" w:rsidRDefault="00CD1582">
      <w:r>
        <w:rPr>
          <w:noProof/>
        </w:rPr>
        <w:lastRenderedPageBreak/>
        <w:drawing>
          <wp:inline distT="0" distB="0" distL="0" distR="0" wp14:anchorId="58B30C23" wp14:editId="087FD785">
            <wp:extent cx="5486400" cy="7757429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8.png"/>
                    <pic:cNvPicPr/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4DAA2" w14:textId="77777777" w:rsidR="00B165A1" w:rsidRDefault="00CD1582">
      <w:r>
        <w:rPr>
          <w:noProof/>
        </w:rPr>
        <w:lastRenderedPageBreak/>
        <w:drawing>
          <wp:inline distT="0" distB="0" distL="0" distR="0" wp14:anchorId="6A84086F" wp14:editId="49ACE2A6">
            <wp:extent cx="5486400" cy="7757429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49.png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46666" w14:textId="77777777" w:rsidR="00B165A1" w:rsidRDefault="00CD1582">
      <w:r>
        <w:rPr>
          <w:noProof/>
        </w:rPr>
        <w:lastRenderedPageBreak/>
        <w:drawing>
          <wp:inline distT="0" distB="0" distL="0" distR="0" wp14:anchorId="6CBFE304" wp14:editId="48ED10DE">
            <wp:extent cx="5486400" cy="7757429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0.png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91FF6" w14:textId="77777777" w:rsidR="00B165A1" w:rsidRDefault="00CD1582">
      <w:r>
        <w:rPr>
          <w:noProof/>
        </w:rPr>
        <w:lastRenderedPageBreak/>
        <w:drawing>
          <wp:inline distT="0" distB="0" distL="0" distR="0" wp14:anchorId="5D353867" wp14:editId="5E3596F5">
            <wp:extent cx="5486400" cy="7757429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1.png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BF017" w14:textId="77777777" w:rsidR="00B165A1" w:rsidRDefault="00CD1582">
      <w:r>
        <w:rPr>
          <w:noProof/>
        </w:rPr>
        <w:lastRenderedPageBreak/>
        <w:drawing>
          <wp:inline distT="0" distB="0" distL="0" distR="0" wp14:anchorId="68964FAC" wp14:editId="10E5E2AC">
            <wp:extent cx="5486400" cy="7757429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2.png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68662" w14:textId="77777777" w:rsidR="00B165A1" w:rsidRDefault="00CD1582">
      <w:r>
        <w:rPr>
          <w:noProof/>
        </w:rPr>
        <w:lastRenderedPageBreak/>
        <w:drawing>
          <wp:inline distT="0" distB="0" distL="0" distR="0" wp14:anchorId="3E32268E" wp14:editId="77E7C10C">
            <wp:extent cx="5486400" cy="7757429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3.png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E4A3F" w14:textId="77777777" w:rsidR="00B165A1" w:rsidRDefault="00CD1582">
      <w:r>
        <w:rPr>
          <w:noProof/>
        </w:rPr>
        <w:lastRenderedPageBreak/>
        <w:drawing>
          <wp:inline distT="0" distB="0" distL="0" distR="0" wp14:anchorId="3A16B9F4" wp14:editId="6557E48C">
            <wp:extent cx="5486400" cy="7757429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4.png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33B42" w14:textId="77777777" w:rsidR="00B165A1" w:rsidRDefault="00CD1582">
      <w:r>
        <w:rPr>
          <w:noProof/>
        </w:rPr>
        <w:lastRenderedPageBreak/>
        <w:drawing>
          <wp:inline distT="0" distB="0" distL="0" distR="0" wp14:anchorId="3CFE4F0D" wp14:editId="173EF55E">
            <wp:extent cx="5486400" cy="7757429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5.png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55428" w14:textId="77777777" w:rsidR="00B165A1" w:rsidRDefault="00CD1582">
      <w:r>
        <w:rPr>
          <w:noProof/>
        </w:rPr>
        <w:lastRenderedPageBreak/>
        <w:drawing>
          <wp:inline distT="0" distB="0" distL="0" distR="0" wp14:anchorId="377EA0D6" wp14:editId="40083DFD">
            <wp:extent cx="5486400" cy="7757429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6.png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A3BB4" w14:textId="77777777" w:rsidR="00B165A1" w:rsidRDefault="00CD1582">
      <w:r>
        <w:rPr>
          <w:noProof/>
        </w:rPr>
        <w:lastRenderedPageBreak/>
        <w:drawing>
          <wp:inline distT="0" distB="0" distL="0" distR="0" wp14:anchorId="15270D31" wp14:editId="0624777A">
            <wp:extent cx="5486400" cy="7757429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7.png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13292" w14:textId="77777777" w:rsidR="00B165A1" w:rsidRDefault="00CD1582">
      <w:r>
        <w:rPr>
          <w:noProof/>
        </w:rPr>
        <w:lastRenderedPageBreak/>
        <w:drawing>
          <wp:inline distT="0" distB="0" distL="0" distR="0" wp14:anchorId="11CA40DC" wp14:editId="777CB479">
            <wp:extent cx="5486400" cy="7757429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8.png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DDE23" w14:textId="77777777" w:rsidR="00B165A1" w:rsidRDefault="00CD1582">
      <w:r>
        <w:rPr>
          <w:noProof/>
        </w:rPr>
        <w:lastRenderedPageBreak/>
        <w:drawing>
          <wp:inline distT="0" distB="0" distL="0" distR="0" wp14:anchorId="4C9CE8A8" wp14:editId="15CD13C9">
            <wp:extent cx="5486400" cy="7757429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59.png"/>
                    <pic:cNvPicPr/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FA90D" w14:textId="77777777" w:rsidR="00B165A1" w:rsidRDefault="00CD1582">
      <w:r>
        <w:rPr>
          <w:noProof/>
        </w:rPr>
        <w:lastRenderedPageBreak/>
        <w:drawing>
          <wp:inline distT="0" distB="0" distL="0" distR="0" wp14:anchorId="3242DF5C" wp14:editId="40AF07DA">
            <wp:extent cx="5486400" cy="7757429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0.png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52460" w14:textId="77777777" w:rsidR="00B165A1" w:rsidRDefault="00CD1582">
      <w:r>
        <w:rPr>
          <w:noProof/>
        </w:rPr>
        <w:lastRenderedPageBreak/>
        <w:drawing>
          <wp:inline distT="0" distB="0" distL="0" distR="0" wp14:anchorId="1B514A16" wp14:editId="469E444D">
            <wp:extent cx="5486400" cy="7757429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1.png"/>
                    <pic:cNvPicPr/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149BF" w14:textId="77777777" w:rsidR="00B165A1" w:rsidRDefault="00CD1582">
      <w:r>
        <w:rPr>
          <w:noProof/>
        </w:rPr>
        <w:lastRenderedPageBreak/>
        <w:drawing>
          <wp:inline distT="0" distB="0" distL="0" distR="0" wp14:anchorId="7FDB209E" wp14:editId="45BEDFD8">
            <wp:extent cx="5486400" cy="7757429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2.png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6FA2F" w14:textId="77777777" w:rsidR="00B165A1" w:rsidRDefault="00CD1582">
      <w:r>
        <w:rPr>
          <w:noProof/>
        </w:rPr>
        <w:lastRenderedPageBreak/>
        <w:drawing>
          <wp:inline distT="0" distB="0" distL="0" distR="0" wp14:anchorId="751B444F" wp14:editId="76CA30CB">
            <wp:extent cx="5486400" cy="7757429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3.png"/>
                    <pic:cNvPicPr/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88FB9" w14:textId="77777777" w:rsidR="00B165A1" w:rsidRDefault="00CD1582">
      <w:r>
        <w:rPr>
          <w:noProof/>
        </w:rPr>
        <w:lastRenderedPageBreak/>
        <w:drawing>
          <wp:inline distT="0" distB="0" distL="0" distR="0" wp14:anchorId="6E4E6303" wp14:editId="73A75DE6">
            <wp:extent cx="5486400" cy="7757429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4.png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EA451" w14:textId="77777777" w:rsidR="00B165A1" w:rsidRDefault="00CD1582">
      <w:r>
        <w:rPr>
          <w:noProof/>
        </w:rPr>
        <w:lastRenderedPageBreak/>
        <w:drawing>
          <wp:inline distT="0" distB="0" distL="0" distR="0" wp14:anchorId="418AE0CA" wp14:editId="28E8523B">
            <wp:extent cx="5486400" cy="7757429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5.png"/>
                    <pic:cNvPicPr/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297C8" w14:textId="77777777" w:rsidR="00B165A1" w:rsidRDefault="00CD1582">
      <w:r>
        <w:rPr>
          <w:noProof/>
        </w:rPr>
        <w:lastRenderedPageBreak/>
        <w:drawing>
          <wp:inline distT="0" distB="0" distL="0" distR="0" wp14:anchorId="7DB52006" wp14:editId="73554295">
            <wp:extent cx="5486400" cy="7757429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6.png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5C41F" w14:textId="77777777" w:rsidR="00B165A1" w:rsidRDefault="00CD1582">
      <w:r>
        <w:rPr>
          <w:noProof/>
        </w:rPr>
        <w:lastRenderedPageBreak/>
        <w:drawing>
          <wp:inline distT="0" distB="0" distL="0" distR="0" wp14:anchorId="4867AEB3" wp14:editId="76CEB727">
            <wp:extent cx="5486400" cy="7757429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7.png"/>
                    <pic:cNvPicPr/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1CBC0" w14:textId="77777777" w:rsidR="00B165A1" w:rsidRDefault="00CD1582">
      <w:r>
        <w:rPr>
          <w:noProof/>
        </w:rPr>
        <w:lastRenderedPageBreak/>
        <w:drawing>
          <wp:inline distT="0" distB="0" distL="0" distR="0" wp14:anchorId="13844A3F" wp14:editId="27F1802B">
            <wp:extent cx="5486400" cy="7757429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8.png"/>
                    <pic:cNvPicPr/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27393" w14:textId="77777777" w:rsidR="00B165A1" w:rsidRDefault="00CD1582">
      <w:r>
        <w:rPr>
          <w:noProof/>
        </w:rPr>
        <w:lastRenderedPageBreak/>
        <w:drawing>
          <wp:inline distT="0" distB="0" distL="0" distR="0" wp14:anchorId="6EA4D377" wp14:editId="56020E75">
            <wp:extent cx="5486400" cy="7757429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69.png"/>
                    <pic:cNvPicPr/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87465" w14:textId="77777777" w:rsidR="00B165A1" w:rsidRDefault="00CD1582">
      <w:r>
        <w:rPr>
          <w:noProof/>
        </w:rPr>
        <w:lastRenderedPageBreak/>
        <w:drawing>
          <wp:inline distT="0" distB="0" distL="0" distR="0" wp14:anchorId="01344D49" wp14:editId="030AF267">
            <wp:extent cx="5486400" cy="7757429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70.png"/>
                    <pic:cNvPicPr/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5FDB1" w14:textId="77777777" w:rsidR="00B165A1" w:rsidRDefault="00CD1582">
      <w:r>
        <w:rPr>
          <w:noProof/>
        </w:rPr>
        <w:lastRenderedPageBreak/>
        <w:drawing>
          <wp:inline distT="0" distB="0" distL="0" distR="0" wp14:anchorId="75FBDEC8" wp14:editId="04105EA1">
            <wp:extent cx="5486400" cy="7757429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71.png"/>
                    <pic:cNvPicPr/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22F36" w14:textId="77777777" w:rsidR="00B165A1" w:rsidRDefault="00CD1582">
      <w:r>
        <w:rPr>
          <w:noProof/>
        </w:rPr>
        <w:lastRenderedPageBreak/>
        <w:drawing>
          <wp:inline distT="0" distB="0" distL="0" distR="0" wp14:anchorId="122FF073" wp14:editId="02F820D6">
            <wp:extent cx="5486400" cy="7757429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72.pn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A2880" w14:textId="77777777" w:rsidR="00B165A1" w:rsidRDefault="00CD1582">
      <w:r>
        <w:rPr>
          <w:noProof/>
        </w:rPr>
        <w:lastRenderedPageBreak/>
        <w:drawing>
          <wp:inline distT="0" distB="0" distL="0" distR="0" wp14:anchorId="2132BE93" wp14:editId="6BCF18D2">
            <wp:extent cx="5486400" cy="7757429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73.png"/>
                    <pic:cNvPicPr/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06FF8" w14:textId="77777777" w:rsidR="00B165A1" w:rsidRDefault="00CD1582">
      <w:r>
        <w:rPr>
          <w:noProof/>
        </w:rPr>
        <w:lastRenderedPageBreak/>
        <w:drawing>
          <wp:inline distT="0" distB="0" distL="0" distR="0" wp14:anchorId="68A1DC9B" wp14:editId="4D5FB5D2">
            <wp:extent cx="5486400" cy="7757429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74.png"/>
                    <pic:cNvPicPr/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46326" w14:textId="77777777" w:rsidR="00B165A1" w:rsidRDefault="00CD1582">
      <w:r>
        <w:rPr>
          <w:noProof/>
        </w:rPr>
        <w:lastRenderedPageBreak/>
        <w:drawing>
          <wp:inline distT="0" distB="0" distL="0" distR="0" wp14:anchorId="1EAFCC12" wp14:editId="531E52EA">
            <wp:extent cx="5486400" cy="7757429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75.png"/>
                    <pic:cNvPicPr/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C826C" w14:textId="77777777" w:rsidR="00B165A1" w:rsidRDefault="00CD1582">
      <w:r>
        <w:rPr>
          <w:noProof/>
        </w:rPr>
        <w:lastRenderedPageBreak/>
        <w:drawing>
          <wp:inline distT="0" distB="0" distL="0" distR="0" wp14:anchorId="518EA10B" wp14:editId="12EE1813">
            <wp:extent cx="5486400" cy="7757429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76.png"/>
                    <pic:cNvPicPr/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65A1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Brojevi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Brojevi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Grafikeoznake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Grafikeoznake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Brojevi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Grafikeoznake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478107752">
    <w:abstractNumId w:val="8"/>
  </w:num>
  <w:num w:numId="2" w16cid:durableId="1635327488">
    <w:abstractNumId w:val="6"/>
  </w:num>
  <w:num w:numId="3" w16cid:durableId="1931810262">
    <w:abstractNumId w:val="5"/>
  </w:num>
  <w:num w:numId="4" w16cid:durableId="1820533417">
    <w:abstractNumId w:val="4"/>
  </w:num>
  <w:num w:numId="5" w16cid:durableId="1831753527">
    <w:abstractNumId w:val="7"/>
  </w:num>
  <w:num w:numId="6" w16cid:durableId="1397701205">
    <w:abstractNumId w:val="3"/>
  </w:num>
  <w:num w:numId="7" w16cid:durableId="1282153104">
    <w:abstractNumId w:val="2"/>
  </w:num>
  <w:num w:numId="8" w16cid:durableId="1642079438">
    <w:abstractNumId w:val="1"/>
  </w:num>
  <w:num w:numId="9" w16cid:durableId="10777444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29639D"/>
    <w:rsid w:val="00326F90"/>
    <w:rsid w:val="003C4A3F"/>
    <w:rsid w:val="007E1B82"/>
    <w:rsid w:val="009E3E0F"/>
    <w:rsid w:val="00AA1D8D"/>
    <w:rsid w:val="00B165A1"/>
    <w:rsid w:val="00B47730"/>
    <w:rsid w:val="00C2770D"/>
    <w:rsid w:val="00CB0664"/>
    <w:rsid w:val="00CD1582"/>
    <w:rsid w:val="00CF108B"/>
    <w:rsid w:val="00E90301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B4865CD"/>
  <w14:defaultImageDpi w14:val="300"/>
  <w15:docId w15:val="{DF5B67EC-54C3-4297-9C31-19BA6A494B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Naslov1">
    <w:name w:val="heading 1"/>
    <w:basedOn w:val="Normal"/>
    <w:next w:val="Normal"/>
    <w:link w:val="Naslov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slov2">
    <w:name w:val="heading 2"/>
    <w:basedOn w:val="Normal"/>
    <w:next w:val="Normal"/>
    <w:link w:val="Naslov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E618BF"/>
  </w:style>
  <w:style w:type="paragraph" w:styleId="Podnoje">
    <w:name w:val="footer"/>
    <w:basedOn w:val="Normal"/>
    <w:link w:val="Podnoje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E618BF"/>
  </w:style>
  <w:style w:type="paragraph" w:styleId="Bezproreda">
    <w:name w:val="No Spacing"/>
    <w:uiPriority w:val="1"/>
    <w:qFormat/>
    <w:rsid w:val="00FC693F"/>
    <w:pPr>
      <w:spacing w:after="0" w:line="240" w:lineRule="auto"/>
    </w:pPr>
  </w:style>
  <w:style w:type="character" w:customStyle="1" w:styleId="Naslov1Char">
    <w:name w:val="Naslov 1 Char"/>
    <w:basedOn w:val="Zadanifontodlomka"/>
    <w:link w:val="Naslov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slov2Char">
    <w:name w:val="Naslov 2 Char"/>
    <w:basedOn w:val="Zadanifontodlomka"/>
    <w:link w:val="Naslov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slov3Char">
    <w:name w:val="Naslov 3 Char"/>
    <w:basedOn w:val="Zadanifontodlomka"/>
    <w:link w:val="Naslov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slov">
    <w:name w:val="Title"/>
    <w:basedOn w:val="Normal"/>
    <w:next w:val="Normal"/>
    <w:link w:val="Naslov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aslovChar">
    <w:name w:val="Naslov Char"/>
    <w:basedOn w:val="Zadanifontodlomka"/>
    <w:link w:val="Naslov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slovChar">
    <w:name w:val="Podnaslov Char"/>
    <w:basedOn w:val="Zadanifontodlomka"/>
    <w:link w:val="Podnaslov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Odlomakpopisa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Tijeloteksta">
    <w:name w:val="Body Text"/>
    <w:basedOn w:val="Normal"/>
    <w:link w:val="TijelotekstaChar"/>
    <w:uiPriority w:val="99"/>
    <w:unhideWhenUsed/>
    <w:rsid w:val="00AA1D8D"/>
    <w:pPr>
      <w:spacing w:after="120"/>
    </w:pPr>
  </w:style>
  <w:style w:type="character" w:customStyle="1" w:styleId="TijelotekstaChar">
    <w:name w:val="Tijelo teksta Char"/>
    <w:basedOn w:val="Zadanifontodlomka"/>
    <w:link w:val="Tijeloteksta"/>
    <w:uiPriority w:val="99"/>
    <w:rsid w:val="00AA1D8D"/>
  </w:style>
  <w:style w:type="paragraph" w:styleId="Tijeloteksta2">
    <w:name w:val="Body Text 2"/>
    <w:basedOn w:val="Normal"/>
    <w:link w:val="Tijeloteksta2Char"/>
    <w:uiPriority w:val="99"/>
    <w:unhideWhenUsed/>
    <w:rsid w:val="00AA1D8D"/>
    <w:pPr>
      <w:spacing w:after="120" w:line="480" w:lineRule="auto"/>
    </w:pPr>
  </w:style>
  <w:style w:type="character" w:customStyle="1" w:styleId="Tijeloteksta2Char">
    <w:name w:val="Tijelo teksta 2 Char"/>
    <w:basedOn w:val="Zadanifontodlomka"/>
    <w:link w:val="Tijeloteksta2"/>
    <w:uiPriority w:val="99"/>
    <w:rsid w:val="00AA1D8D"/>
  </w:style>
  <w:style w:type="paragraph" w:styleId="Tijeloteksta3">
    <w:name w:val="Body Text 3"/>
    <w:basedOn w:val="Normal"/>
    <w:link w:val="Tijeloteksta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ijeloteksta3Char">
    <w:name w:val="Tijelo teksta 3 Char"/>
    <w:basedOn w:val="Zadanifontodlomka"/>
    <w:link w:val="Tijeloteksta3"/>
    <w:uiPriority w:val="99"/>
    <w:rsid w:val="00AA1D8D"/>
    <w:rPr>
      <w:sz w:val="16"/>
      <w:szCs w:val="16"/>
    </w:rPr>
  </w:style>
  <w:style w:type="paragraph" w:styleId="Popis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Popis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Popis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Grafikeoznake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Grafikeoznake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Grafikeoznake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Brojevi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Brojevi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Brojevi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Nastavakpopisa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Nastavakpopisa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Nastavakpopisa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kstmakronaredbe">
    <w:name w:val="macro"/>
    <w:link w:val="Tekstmakronaredbe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kstmakronaredbeChar">
    <w:name w:val="Tekst makronaredbe Char"/>
    <w:basedOn w:val="Zadanifontodlomka"/>
    <w:link w:val="Tekstmakronaredbe"/>
    <w:uiPriority w:val="99"/>
    <w:rsid w:val="0029639D"/>
    <w:rPr>
      <w:rFonts w:ascii="Courier" w:hAnsi="Courier"/>
      <w:sz w:val="20"/>
      <w:szCs w:val="20"/>
    </w:rPr>
  </w:style>
  <w:style w:type="paragraph" w:styleId="Citat">
    <w:name w:val="Quote"/>
    <w:basedOn w:val="Normal"/>
    <w:next w:val="Normal"/>
    <w:link w:val="CitatChar"/>
    <w:uiPriority w:val="29"/>
    <w:qFormat/>
    <w:rsid w:val="00FC693F"/>
    <w:rPr>
      <w:i/>
      <w:iCs/>
      <w:color w:val="000000" w:themeColor="text1"/>
    </w:rPr>
  </w:style>
  <w:style w:type="character" w:customStyle="1" w:styleId="CitatChar">
    <w:name w:val="Citat Char"/>
    <w:basedOn w:val="Zadanifontodlomka"/>
    <w:link w:val="Citat"/>
    <w:uiPriority w:val="29"/>
    <w:rsid w:val="00FC693F"/>
    <w:rPr>
      <w:i/>
      <w:iCs/>
      <w:color w:val="000000" w:themeColor="text1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Opisslike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Naglaeno">
    <w:name w:val="Strong"/>
    <w:basedOn w:val="Zadanifontodlomka"/>
    <w:uiPriority w:val="22"/>
    <w:qFormat/>
    <w:rsid w:val="00FC693F"/>
    <w:rPr>
      <w:b/>
      <w:bCs/>
    </w:rPr>
  </w:style>
  <w:style w:type="character" w:styleId="Istaknuto">
    <w:name w:val="Emphasis"/>
    <w:basedOn w:val="Zadanifontodlomka"/>
    <w:uiPriority w:val="20"/>
    <w:qFormat/>
    <w:rsid w:val="00FC693F"/>
    <w:rPr>
      <w:i/>
      <w:iCs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FC693F"/>
    <w:rPr>
      <w:b/>
      <w:bCs/>
      <w:i/>
      <w:iCs/>
      <w:color w:val="4F81BD" w:themeColor="accent1"/>
    </w:rPr>
  </w:style>
  <w:style w:type="character" w:styleId="Neupadljivoisticanje">
    <w:name w:val="Subtle Emphasis"/>
    <w:basedOn w:val="Zadanifontodlomka"/>
    <w:uiPriority w:val="19"/>
    <w:qFormat/>
    <w:rsid w:val="00FC693F"/>
    <w:rPr>
      <w:i/>
      <w:iCs/>
      <w:color w:val="808080" w:themeColor="text1" w:themeTint="7F"/>
    </w:rPr>
  </w:style>
  <w:style w:type="character" w:styleId="Jakoisticanje">
    <w:name w:val="Intense Emphasis"/>
    <w:basedOn w:val="Zadanifontodlomka"/>
    <w:uiPriority w:val="21"/>
    <w:qFormat/>
    <w:rsid w:val="00FC693F"/>
    <w:rPr>
      <w:b/>
      <w:bCs/>
      <w:i/>
      <w:iCs/>
      <w:color w:val="4F81BD" w:themeColor="accent1"/>
    </w:rPr>
  </w:style>
  <w:style w:type="character" w:styleId="Neupadljivareferenca">
    <w:name w:val="Subtle Reference"/>
    <w:basedOn w:val="Zadanifontodlomka"/>
    <w:uiPriority w:val="31"/>
    <w:qFormat/>
    <w:rsid w:val="00FC693F"/>
    <w:rPr>
      <w:smallCaps/>
      <w:color w:val="C0504D" w:themeColor="accent2"/>
      <w:u w:val="single"/>
    </w:rPr>
  </w:style>
  <w:style w:type="character" w:styleId="Istaknutareferenca">
    <w:name w:val="Intense Reference"/>
    <w:basedOn w:val="Zadanifontodlomka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Naslovknjige">
    <w:name w:val="Book Title"/>
    <w:basedOn w:val="Zadanifontodlomka"/>
    <w:uiPriority w:val="33"/>
    <w:qFormat/>
    <w:rsid w:val="00FC693F"/>
    <w:rPr>
      <w:b/>
      <w:bCs/>
      <w:smallCaps/>
      <w:spacing w:val="5"/>
    </w:rPr>
  </w:style>
  <w:style w:type="paragraph" w:styleId="TOCNaslov">
    <w:name w:val="TOC Heading"/>
    <w:basedOn w:val="Naslov1"/>
    <w:next w:val="Normal"/>
    <w:uiPriority w:val="39"/>
    <w:semiHidden/>
    <w:unhideWhenUsed/>
    <w:qFormat/>
    <w:rsid w:val="00FC693F"/>
    <w:pPr>
      <w:outlineLvl w:val="9"/>
    </w:pPr>
  </w:style>
  <w:style w:type="table" w:styleId="Reetkatablice">
    <w:name w:val="Table Grid"/>
    <w:basedOn w:val="Obinatablica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ijetlosjenanje">
    <w:name w:val="Light Shading"/>
    <w:basedOn w:val="Obinatablica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ijetlosjenanje-Isticanje1">
    <w:name w:val="Light Shading Accent 1"/>
    <w:basedOn w:val="Obinatablica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vijetlosjenanje-Isticanje2">
    <w:name w:val="Light Shading Accent 2"/>
    <w:basedOn w:val="Obinatablica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vijetlosjenanje-Isticanje3">
    <w:name w:val="Light Shading Accent 3"/>
    <w:basedOn w:val="Obinatablica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ijetlosjenanje-Isticanje4">
    <w:name w:val="Light Shading Accent 4"/>
    <w:basedOn w:val="Obinatablica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vijetlosjenanje-Isticanje5">
    <w:name w:val="Light Shading Accent 5"/>
    <w:basedOn w:val="Obinatablica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vijetlosjenanje-Isticanje6">
    <w:name w:val="Light Shading Accent 6"/>
    <w:basedOn w:val="Obinatablica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vijetlipopis">
    <w:name w:val="Light List"/>
    <w:basedOn w:val="Obinatablic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ijetlipopis-Isticanje1">
    <w:name w:val="Light List Accent 1"/>
    <w:basedOn w:val="Obinatablic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Svijetlipopis-Isticanje2">
    <w:name w:val="Light List Accent 2"/>
    <w:basedOn w:val="Obinatablic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Svijetlipopis-Isticanje3">
    <w:name w:val="Light List Accent 3"/>
    <w:basedOn w:val="Obinatablic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ijetlipopis-Isticanje4">
    <w:name w:val="Light List Accent 4"/>
    <w:basedOn w:val="Obinatablic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vijetlipopis-Isticanje5">
    <w:name w:val="Light List Accent 5"/>
    <w:basedOn w:val="Obinatablic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rednjipopis-Isticanje6">
    <w:name w:val="Light List Accent 6"/>
    <w:basedOn w:val="Obinatablic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vijetlareetka">
    <w:name w:val="Light Grid"/>
    <w:basedOn w:val="Obinatablic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ijetlareetka-Isticanje1">
    <w:name w:val="Light Grid Accent 1"/>
    <w:basedOn w:val="Obinatablic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Svijetlareetka-Isticanje2">
    <w:name w:val="Light Grid Accent 2"/>
    <w:basedOn w:val="Obinatablic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Svijetlareetka-Isticanje3">
    <w:name w:val="Light Grid Accent 3"/>
    <w:basedOn w:val="Obinatablic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vijetlareetka-Isticanje4">
    <w:name w:val="Light Grid Accent 4"/>
    <w:basedOn w:val="Obinatablic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ijetlareetka-Isticanje5">
    <w:name w:val="Light Grid Accent 5"/>
    <w:basedOn w:val="Obinatablic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Srednjareetka-Isticanje6">
    <w:name w:val="Light Grid Accent 6"/>
    <w:basedOn w:val="Obinatablic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rednjesjenanje1">
    <w:name w:val="Medium Shading 1"/>
    <w:basedOn w:val="Obinatablic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jenanje1-Isticanje1">
    <w:name w:val="Medium Shading 1 Accent 1"/>
    <w:basedOn w:val="Obinatablic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jenanje1-Isticanje2">
    <w:name w:val="Medium Shading 1 Accent 2"/>
    <w:basedOn w:val="Obinatablic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jenanje1-Isticanje3">
    <w:name w:val="Medium Shading 1 Accent 3"/>
    <w:basedOn w:val="Obinatablic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jenanje1-Isticanje4">
    <w:name w:val="Medium Shading 1 Accent 4"/>
    <w:basedOn w:val="Obinatablic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jenanje1-Isticanje5">
    <w:name w:val="Medium Shading 1 Accent 5"/>
    <w:basedOn w:val="Obinatablic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jenanje1-Isticanje6">
    <w:name w:val="Medium Shading 1 Accent 6"/>
    <w:basedOn w:val="Obinatablic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jenanje2">
    <w:name w:val="Medium Shading 2"/>
    <w:basedOn w:val="Obinatablic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rednjesjenanje2-Isticanje1">
    <w:name w:val="Medium Shading 2 Accent 1"/>
    <w:basedOn w:val="Obinatablic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rednjesjenanje2-Isticanje2">
    <w:name w:val="Medium Shading 2 Accent 2"/>
    <w:basedOn w:val="Obinatablic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rednjesjenanje2-Isticanje3">
    <w:name w:val="Medium Shading 2 Accent 3"/>
    <w:basedOn w:val="Obinatablic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rednjesjenanje2-Isticanje4">
    <w:name w:val="Medium Shading 2 Accent 4"/>
    <w:basedOn w:val="Obinatablic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rednjesjenanje2-Isticanje5">
    <w:name w:val="Medium Shading 2 Accent 5"/>
    <w:basedOn w:val="Obinatablic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rednjesjenanje2-Isticanje6">
    <w:name w:val="Medium Shading 2 Accent 6"/>
    <w:basedOn w:val="Obinatablic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rednjipopis1">
    <w:name w:val="Medium List 1"/>
    <w:basedOn w:val="Obinatablic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rednjipopis1-Isticanje1">
    <w:name w:val="Medium List 1 Accent 1"/>
    <w:basedOn w:val="Obinatablic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Srednjipopis1-Isticanje2">
    <w:name w:val="Medium List 1 Accent 2"/>
    <w:basedOn w:val="Obinatablic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Srednjipopis1-Isticanje3">
    <w:name w:val="Medium List 1 Accent 3"/>
    <w:basedOn w:val="Obinatablic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Srednjipopis1-Isticanje4">
    <w:name w:val="Medium List 1 Accent 4"/>
    <w:basedOn w:val="Obinatablic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Srednjipopis1-Isticanje5">
    <w:name w:val="Medium List 1 Accent 5"/>
    <w:basedOn w:val="Obinatablic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rednjipopis1-Isticanje6">
    <w:name w:val="Medium List 1 Accent 6"/>
    <w:basedOn w:val="Obinatablic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Srednjipopis2">
    <w:name w:val="Medium List 2"/>
    <w:basedOn w:val="Obinatablic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popis2-Isticanje1">
    <w:name w:val="Medium List 2 Accent 1"/>
    <w:basedOn w:val="Obinatablic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popis2-Isticanje2">
    <w:name w:val="Medium List 2 Accent 2"/>
    <w:basedOn w:val="Obinatablic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popis2-Isticanje3">
    <w:name w:val="Medium List 2 Accent 3"/>
    <w:basedOn w:val="Obinatablic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popis2-Isticanje4">
    <w:name w:val="Medium List 2 Accent 4"/>
    <w:basedOn w:val="Obinatablic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popis2-Isticanje5">
    <w:name w:val="Medium List 2 Accent 5"/>
    <w:basedOn w:val="Obinatablic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popis2-Isticanje6">
    <w:name w:val="Medium List 2 Accent 6"/>
    <w:basedOn w:val="Obinatablic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areetka1">
    <w:name w:val="Medium Grid 1"/>
    <w:basedOn w:val="Obinatablic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rednjareetka1-Isticanje1">
    <w:name w:val="Medium Grid 1 Accent 1"/>
    <w:basedOn w:val="Obinatablic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rednjareetka1-Isticanje2">
    <w:name w:val="Medium Grid 1 Accent 2"/>
    <w:basedOn w:val="Obinatablic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Srednjareetka1-Isticanje3">
    <w:name w:val="Medium Grid 1 Accent 3"/>
    <w:basedOn w:val="Obinatablic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rednjareetka1-Isticanje4">
    <w:name w:val="Medium Grid 1 Accent 4"/>
    <w:basedOn w:val="Obinatablic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rednjareetka1-Isticanje5">
    <w:name w:val="Medium Grid 1 Accent 5"/>
    <w:basedOn w:val="Obinatablic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rednjareetka1-Isticanje6">
    <w:name w:val="Medium Grid 1 Accent 6"/>
    <w:basedOn w:val="Obinatablic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rednjareetka2">
    <w:name w:val="Medium Grid 2"/>
    <w:basedOn w:val="Obinatablic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reetka2-Isticanje1">
    <w:name w:val="Medium Grid 2 Accent 1"/>
    <w:basedOn w:val="Obinatablic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reetka2-Isticanje2">
    <w:name w:val="Medium Grid 2 Accent 2"/>
    <w:basedOn w:val="Obinatablic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reetka2-Isticanje3">
    <w:name w:val="Medium Grid 2 Accent 3"/>
    <w:basedOn w:val="Obinatablic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reetka2-Isticanje4">
    <w:name w:val="Medium Grid 2 Accent 4"/>
    <w:basedOn w:val="Obinatablic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reetka2-Isticanje5">
    <w:name w:val="Medium Grid 2 Accent 5"/>
    <w:basedOn w:val="Obinatablic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reetka2-Isticanje6">
    <w:name w:val="Medium Grid 2 Accent 6"/>
    <w:basedOn w:val="Obinatablic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reetka3">
    <w:name w:val="Medium Grid 3"/>
    <w:basedOn w:val="Obinatablic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rednjareetka3-Isticanje1">
    <w:name w:val="Medium Grid 3 Accent 1"/>
    <w:basedOn w:val="Obinatablic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rednjareetka3-Isticanje2">
    <w:name w:val="Medium Grid 3 Accent 2"/>
    <w:basedOn w:val="Obinatablic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rednjareetka3-Isticanje3">
    <w:name w:val="Medium Grid 3 Accent 3"/>
    <w:basedOn w:val="Obinatablic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Srednjareetka3-Isticanje4">
    <w:name w:val="Medium Grid 3 Accent 4"/>
    <w:basedOn w:val="Obinatablic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rednjareetka3-Isticanje5">
    <w:name w:val="Medium Grid 3 Accent 5"/>
    <w:basedOn w:val="Obinatablic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Srednjareetka3-Isticanje6">
    <w:name w:val="Medium Grid 3 Accent 6"/>
    <w:basedOn w:val="Obinatablic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amnipopis">
    <w:name w:val="Dark List"/>
    <w:basedOn w:val="Obinatablic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amnipopis-Isticanje1">
    <w:name w:val="Dark List Accent 1"/>
    <w:basedOn w:val="Obinatablic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amnipopis-Isticanje2">
    <w:name w:val="Dark List Accent 2"/>
    <w:basedOn w:val="Obinatablic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amnipopis-Isticanje3">
    <w:name w:val="Dark List Accent 3"/>
    <w:basedOn w:val="Obinatablic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amnipopis-Isticanje4">
    <w:name w:val="Dark List Accent 4"/>
    <w:basedOn w:val="Obinatablic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amnipopis-Isticanje5">
    <w:name w:val="Dark List Accent 5"/>
    <w:basedOn w:val="Obinatablic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amnipopis-Isticanje6">
    <w:name w:val="Dark List Accent 6"/>
    <w:basedOn w:val="Obinatablic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Obojanosjenanje">
    <w:name w:val="Colorful Shading"/>
    <w:basedOn w:val="Obinatablic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Obojanosjenanje-Isticanje1">
    <w:name w:val="Colorful Shading Accent 1"/>
    <w:basedOn w:val="Obinatablic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jenanjeuboji-Isticanje2">
    <w:name w:val="Colorful Shading Accent 2"/>
    <w:basedOn w:val="Obinatablic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Obojanosjenanje-Isticanje3">
    <w:name w:val="Colorful Shading Accent 3"/>
    <w:basedOn w:val="Obinatablic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Obojanosjenanje-Isticanje4">
    <w:name w:val="Colorful Shading Accent 4"/>
    <w:basedOn w:val="Obinatablic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Obojanosjenanje-Isticanje5">
    <w:name w:val="Colorful Shading Accent 5"/>
    <w:basedOn w:val="Obinatablic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Obojanosjenanje-Isticanje6">
    <w:name w:val="Colorful Shading Accent 6"/>
    <w:basedOn w:val="Obinatablic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Obojanipopis">
    <w:name w:val="Colorful List"/>
    <w:basedOn w:val="Obinatablic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Obojanipopis-Isticanje1">
    <w:name w:val="Colorful List Accent 1"/>
    <w:basedOn w:val="Obinatablic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Obojanopopis-Isticanje2">
    <w:name w:val="Colorful List Accent 2"/>
    <w:basedOn w:val="Obinatablic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Obojanipopis-Isticanje3">
    <w:name w:val="Colorful List Accent 3"/>
    <w:basedOn w:val="Obinatablic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Obojanipopis-Isticanje4">
    <w:name w:val="Colorful List Accent 4"/>
    <w:basedOn w:val="Obinatablic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Obojanipopis-Isticanje5">
    <w:name w:val="Colorful List Accent 5"/>
    <w:basedOn w:val="Obinatablic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Obojanipopis-Isticanje6">
    <w:name w:val="Colorful List Accent 6"/>
    <w:basedOn w:val="Obinatablic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Obojanareetka">
    <w:name w:val="Colorful Grid"/>
    <w:basedOn w:val="Obinatablic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Obojanareetka-Isticanje1">
    <w:name w:val="Colorful Grid Accent 1"/>
    <w:basedOn w:val="Obinatablic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Obojanoreetka-Isticanje2">
    <w:name w:val="Colorful Grid Accent 2"/>
    <w:basedOn w:val="Obinatablic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Obojanareetka-Isticanje3">
    <w:name w:val="Colorful Grid Accent 3"/>
    <w:basedOn w:val="Obinatablic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Obojanareetka-Isticanje4">
    <w:name w:val="Colorful Grid Accent 4"/>
    <w:basedOn w:val="Obinatablic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Obojanareetka-Isticanje5">
    <w:name w:val="Colorful Grid Accent 5"/>
    <w:basedOn w:val="Obinatablic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Obojanareetka-Isticanje6">
    <w:name w:val="Colorful Grid Accent 6"/>
    <w:basedOn w:val="Obinatablic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theme" Target="theme/theme1.xml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22</Words>
  <Characters>132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153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Svjetlana Marinić</cp:lastModifiedBy>
  <cp:revision>2</cp:revision>
  <dcterms:created xsi:type="dcterms:W3CDTF">2026-07-01T11:31:00Z</dcterms:created>
  <dcterms:modified xsi:type="dcterms:W3CDTF">2026-07-01T11:31:00Z</dcterms:modified>
  <cp:category/>
</cp:coreProperties>
</file>